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C6909" w14:textId="6B7519CB" w:rsidR="00382696" w:rsidRPr="00B25D72" w:rsidRDefault="00C64557" w:rsidP="5CF5C5B7">
      <w:pPr>
        <w:jc w:val="center"/>
        <w:rPr>
          <w:rFonts w:ascii="Aptos" w:hAnsi="Aptos"/>
        </w:rPr>
      </w:pPr>
      <w:r>
        <w:rPr>
          <w:rFonts w:ascii="Aptos" w:hAnsi="Aptos"/>
          <w:b/>
          <w:bCs/>
          <w:sz w:val="36"/>
          <w:szCs w:val="36"/>
        </w:rPr>
        <w:t xml:space="preserve">2026 </w:t>
      </w:r>
      <w:r w:rsidR="00387DAD" w:rsidRPr="5CF5C5B7">
        <w:rPr>
          <w:rFonts w:ascii="Aptos" w:hAnsi="Aptos"/>
          <w:b/>
          <w:bCs/>
          <w:sz w:val="36"/>
          <w:szCs w:val="36"/>
        </w:rPr>
        <w:t>Clean Energy Fellowship Nomination Form</w:t>
      </w:r>
    </w:p>
    <w:p w14:paraId="2EB67AA7" w14:textId="77777777" w:rsidR="00382696" w:rsidRPr="00B25D72" w:rsidRDefault="00387DAD">
      <w:pPr>
        <w:jc w:val="center"/>
        <w:rPr>
          <w:rFonts w:ascii="Aptos" w:hAnsi="Aptos"/>
        </w:rPr>
      </w:pPr>
      <w:r w:rsidRPr="5CF5C5B7">
        <w:rPr>
          <w:rFonts w:ascii="Aptos" w:hAnsi="Aptos"/>
          <w:i/>
          <w:iCs/>
        </w:rPr>
        <w:t>Complete all sections below and submit with any supporting materials.</w:t>
      </w:r>
    </w:p>
    <w:p w14:paraId="298C203A" w14:textId="77777777" w:rsidR="00382696" w:rsidRPr="00B25D72" w:rsidRDefault="00387DAD">
      <w:r w:rsidRPr="00B25D72">
        <w:rPr>
          <w:rFonts w:ascii="Aptos" w:hAnsi="Aptos"/>
        </w:rPr>
        <w:t>Nominee Name: ______________________________________________</w:t>
      </w:r>
    </w:p>
    <w:p w14:paraId="0BE5DC03" w14:textId="3B6D3EB3" w:rsidR="2268E08C" w:rsidRDefault="75F38355" w:rsidP="2268E08C">
      <w:pPr>
        <w:rPr>
          <w:rFonts w:ascii="Aptos" w:hAnsi="Aptos"/>
        </w:rPr>
      </w:pPr>
      <w:r w:rsidRPr="5CF5C5B7">
        <w:rPr>
          <w:rFonts w:ascii="Aptos" w:hAnsi="Aptos"/>
        </w:rPr>
        <w:t>Nominee Email Address: ______________________________________________</w:t>
      </w:r>
    </w:p>
    <w:p w14:paraId="7FBD1673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Department/Program: ______________________________________________</w:t>
      </w:r>
    </w:p>
    <w:p w14:paraId="141341A0" w14:textId="7F5CCD60" w:rsidR="00382696" w:rsidRPr="00B25D72" w:rsidRDefault="00BC140E">
      <w:pPr>
        <w:rPr>
          <w:rFonts w:ascii="Aptos" w:hAnsi="Aptos"/>
        </w:rPr>
      </w:pPr>
      <w:r w:rsidRPr="5CF5C5B7">
        <w:rPr>
          <w:rFonts w:ascii="Aptos" w:hAnsi="Aptos"/>
        </w:rPr>
        <w:t>School</w:t>
      </w:r>
      <w:r w:rsidR="5B525E27" w:rsidRPr="5CF5C5B7">
        <w:rPr>
          <w:rFonts w:ascii="Aptos" w:hAnsi="Aptos"/>
        </w:rPr>
        <w:t>/Center/Institute</w:t>
      </w:r>
      <w:r w:rsidRPr="5CF5C5B7">
        <w:rPr>
          <w:rFonts w:ascii="Aptos" w:hAnsi="Aptos"/>
        </w:rPr>
        <w:t>:</w:t>
      </w:r>
      <w:r w:rsidR="00387DAD" w:rsidRPr="5CF5C5B7">
        <w:rPr>
          <w:rFonts w:ascii="Aptos" w:hAnsi="Aptos"/>
        </w:rPr>
        <w:t xml:space="preserve"> ______________________________________________</w:t>
      </w:r>
    </w:p>
    <w:p w14:paraId="641172AA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Faculty Mentor/PI: ______________________________________________</w:t>
      </w:r>
    </w:p>
    <w:p w14:paraId="0C68D414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Submission Date: ______________________________________________</w:t>
      </w:r>
    </w:p>
    <w:p w14:paraId="0E9C7B46" w14:textId="77777777" w:rsidR="00992621" w:rsidRDefault="00992621" w:rsidP="5CF5C5B7">
      <w:pPr>
        <w:rPr>
          <w:rFonts w:ascii="Aptos" w:hAnsi="Aptos"/>
          <w:b/>
          <w:bCs/>
        </w:rPr>
      </w:pPr>
    </w:p>
    <w:p w14:paraId="2B49BC4A" w14:textId="29C042D0" w:rsidR="43AFE1BA" w:rsidRDefault="43AFE1BA" w:rsidP="5CF5C5B7">
      <w:pPr>
        <w:rPr>
          <w:rFonts w:ascii="Aptos" w:hAnsi="Aptos"/>
        </w:rPr>
      </w:pPr>
      <w:r w:rsidRPr="5CF5C5B7">
        <w:rPr>
          <w:rFonts w:ascii="Aptos" w:hAnsi="Aptos"/>
          <w:b/>
          <w:bCs/>
        </w:rPr>
        <w:t>Fit for the Fellowship</w:t>
      </w:r>
    </w:p>
    <w:p w14:paraId="6B90EEC9" w14:textId="39926BB1" w:rsidR="43AFE1BA" w:rsidRDefault="43AFE1BA" w:rsidP="5CF5C5B7">
      <w:pPr>
        <w:rPr>
          <w:rFonts w:ascii="Aptos" w:hAnsi="Aptos"/>
        </w:rPr>
      </w:pPr>
      <w:r w:rsidRPr="5CF5C5B7">
        <w:rPr>
          <w:rFonts w:ascii="Aptos" w:hAnsi="Aptos"/>
        </w:rPr>
        <w:t>Provide general information explaining why the nominee is a strong fit for the Clean Energy Fellowship Program, including alignment with the program’s goals and focus areas.</w:t>
      </w: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8640"/>
      </w:tblGrid>
      <w:tr w:rsidR="00992621" w:rsidRPr="00B25D72" w14:paraId="29C45E0B" w14:textId="77777777" w:rsidTr="006F4976">
        <w:tc>
          <w:tcPr>
            <w:tcW w:w="8640" w:type="dxa"/>
          </w:tcPr>
          <w:p w14:paraId="4390CA78" w14:textId="77777777" w:rsidR="00992621" w:rsidRDefault="00992621" w:rsidP="00387DAD">
            <w:pPr>
              <w:rPr>
                <w:rFonts w:ascii="Aptos" w:hAnsi="Aptos"/>
              </w:rPr>
            </w:pPr>
          </w:p>
          <w:p w14:paraId="24B4326A" w14:textId="77777777" w:rsidR="00992621" w:rsidRDefault="00992621" w:rsidP="00387DAD">
            <w:pPr>
              <w:rPr>
                <w:rFonts w:ascii="Aptos" w:hAnsi="Aptos"/>
              </w:rPr>
            </w:pPr>
          </w:p>
          <w:p w14:paraId="2FFED7AA" w14:textId="77777777" w:rsidR="00992621" w:rsidRDefault="00992621" w:rsidP="00387DAD">
            <w:pPr>
              <w:rPr>
                <w:rFonts w:ascii="Aptos" w:hAnsi="Aptos"/>
              </w:rPr>
            </w:pPr>
          </w:p>
          <w:p w14:paraId="5EA44F5A" w14:textId="77777777" w:rsidR="00992621" w:rsidRDefault="00992621" w:rsidP="00387DAD">
            <w:pPr>
              <w:rPr>
                <w:rFonts w:ascii="Aptos" w:hAnsi="Aptos"/>
              </w:rPr>
            </w:pPr>
          </w:p>
          <w:p w14:paraId="60850B2E" w14:textId="77777777" w:rsidR="00992621" w:rsidRDefault="00992621" w:rsidP="00387DAD">
            <w:pPr>
              <w:rPr>
                <w:rFonts w:ascii="Aptos" w:hAnsi="Aptos"/>
              </w:rPr>
            </w:pPr>
          </w:p>
          <w:p w14:paraId="6B0ADB98" w14:textId="77777777" w:rsidR="00992621" w:rsidRDefault="00992621" w:rsidP="00387DAD">
            <w:pPr>
              <w:rPr>
                <w:rFonts w:ascii="Aptos" w:hAnsi="Aptos"/>
              </w:rPr>
            </w:pPr>
          </w:p>
          <w:p w14:paraId="1A97480A" w14:textId="77777777" w:rsidR="00992621" w:rsidRDefault="00992621" w:rsidP="00387DAD">
            <w:pPr>
              <w:rPr>
                <w:rFonts w:ascii="Aptos" w:hAnsi="Aptos"/>
              </w:rPr>
            </w:pPr>
          </w:p>
          <w:p w14:paraId="38B357D0" w14:textId="77777777" w:rsidR="00992621" w:rsidRDefault="00992621" w:rsidP="00387DAD">
            <w:pPr>
              <w:rPr>
                <w:rFonts w:ascii="Aptos" w:hAnsi="Aptos"/>
              </w:rPr>
            </w:pPr>
          </w:p>
          <w:p w14:paraId="533C9889" w14:textId="77777777" w:rsidR="00992621" w:rsidRDefault="00992621" w:rsidP="00387DAD">
            <w:pPr>
              <w:rPr>
                <w:rFonts w:ascii="Aptos" w:hAnsi="Aptos"/>
              </w:rPr>
            </w:pPr>
          </w:p>
          <w:p w14:paraId="56B48EAB" w14:textId="77777777" w:rsidR="00992621" w:rsidRDefault="00992621" w:rsidP="00387DAD">
            <w:pPr>
              <w:rPr>
                <w:rFonts w:ascii="Aptos" w:hAnsi="Aptos"/>
              </w:rPr>
            </w:pPr>
          </w:p>
          <w:p w14:paraId="67D21A39" w14:textId="77777777" w:rsidR="00992621" w:rsidRDefault="00992621" w:rsidP="00387DAD">
            <w:pPr>
              <w:rPr>
                <w:rFonts w:ascii="Aptos" w:hAnsi="Aptos"/>
              </w:rPr>
            </w:pPr>
          </w:p>
          <w:p w14:paraId="0244F053" w14:textId="77777777" w:rsidR="00992621" w:rsidRPr="00B25D72" w:rsidRDefault="00992621" w:rsidP="00387DAD">
            <w:pPr>
              <w:rPr>
                <w:rFonts w:ascii="Aptos" w:hAnsi="Aptos"/>
              </w:rPr>
            </w:pPr>
          </w:p>
        </w:tc>
      </w:tr>
    </w:tbl>
    <w:p w14:paraId="5D310382" w14:textId="0FCACAAF" w:rsidR="5CF5C5B7" w:rsidRDefault="5CF5C5B7" w:rsidP="5CF5C5B7">
      <w:pPr>
        <w:rPr>
          <w:rFonts w:ascii="Aptos" w:hAnsi="Aptos"/>
          <w:b/>
          <w:bCs/>
        </w:rPr>
      </w:pPr>
    </w:p>
    <w:p w14:paraId="42DE01AD" w14:textId="0E67CF22" w:rsidR="43AFE1BA" w:rsidRDefault="43AFE1BA" w:rsidP="5CF5C5B7">
      <w:pPr>
        <w:rPr>
          <w:rFonts w:ascii="Aptos" w:hAnsi="Aptos"/>
        </w:rPr>
      </w:pPr>
      <w:r w:rsidRPr="5CF5C5B7">
        <w:rPr>
          <w:rFonts w:ascii="Aptos" w:hAnsi="Aptos"/>
          <w:b/>
          <w:bCs/>
        </w:rPr>
        <w:t>Research Project</w:t>
      </w:r>
    </w:p>
    <w:p w14:paraId="58F86EB0" w14:textId="41E298BC" w:rsidR="43AFE1BA" w:rsidRDefault="43AFE1BA" w:rsidP="5CF5C5B7">
      <w:pPr>
        <w:rPr>
          <w:rFonts w:ascii="Aptos" w:hAnsi="Aptos"/>
        </w:rPr>
      </w:pPr>
      <w:r w:rsidRPr="5CF5C5B7">
        <w:rPr>
          <w:rFonts w:ascii="Aptos" w:hAnsi="Aptos"/>
        </w:rPr>
        <w:t>Describe the research project the student will undertake during the fellowship, including the project's objectives, significance, and anticipated outcomes.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82696" w:rsidRPr="00B25D72" w14:paraId="54643F95" w14:textId="77777777">
        <w:tc>
          <w:tcPr>
            <w:tcW w:w="8640" w:type="dxa"/>
          </w:tcPr>
          <w:p w14:paraId="22A38F9E" w14:textId="77777777" w:rsidR="00382696" w:rsidRDefault="00382696">
            <w:pPr>
              <w:rPr>
                <w:rFonts w:ascii="Aptos" w:hAnsi="Aptos"/>
              </w:rPr>
            </w:pPr>
          </w:p>
          <w:p w14:paraId="021F247D" w14:textId="77777777" w:rsidR="009A59CE" w:rsidRDefault="009A59CE">
            <w:pPr>
              <w:rPr>
                <w:rFonts w:ascii="Aptos" w:hAnsi="Aptos"/>
              </w:rPr>
            </w:pPr>
          </w:p>
          <w:p w14:paraId="26173792" w14:textId="77777777" w:rsidR="009A59CE" w:rsidRDefault="009A59CE">
            <w:pPr>
              <w:rPr>
                <w:rFonts w:ascii="Aptos" w:hAnsi="Aptos"/>
              </w:rPr>
            </w:pPr>
          </w:p>
          <w:p w14:paraId="2E8600BA" w14:textId="77777777" w:rsidR="009A59CE" w:rsidRDefault="009A59CE">
            <w:pPr>
              <w:rPr>
                <w:rFonts w:ascii="Aptos" w:hAnsi="Aptos"/>
              </w:rPr>
            </w:pPr>
          </w:p>
          <w:p w14:paraId="7A2EFBD4" w14:textId="77777777" w:rsidR="009A59CE" w:rsidRDefault="009A59CE">
            <w:pPr>
              <w:rPr>
                <w:rFonts w:ascii="Aptos" w:hAnsi="Aptos"/>
              </w:rPr>
            </w:pPr>
          </w:p>
          <w:p w14:paraId="03DCCDAE" w14:textId="77777777" w:rsidR="009A59CE" w:rsidRDefault="009A59CE">
            <w:pPr>
              <w:rPr>
                <w:rFonts w:ascii="Aptos" w:hAnsi="Aptos"/>
              </w:rPr>
            </w:pPr>
          </w:p>
          <w:p w14:paraId="37881DEC" w14:textId="77777777" w:rsidR="009A59CE" w:rsidRDefault="009A59CE">
            <w:pPr>
              <w:rPr>
                <w:rFonts w:ascii="Aptos" w:hAnsi="Aptos"/>
              </w:rPr>
            </w:pPr>
          </w:p>
          <w:p w14:paraId="5C806B70" w14:textId="77777777" w:rsidR="009A59CE" w:rsidRDefault="009A59CE">
            <w:pPr>
              <w:rPr>
                <w:rFonts w:ascii="Aptos" w:hAnsi="Aptos"/>
              </w:rPr>
            </w:pPr>
          </w:p>
          <w:p w14:paraId="212859AE" w14:textId="77777777" w:rsidR="009A59CE" w:rsidRDefault="009A59CE">
            <w:pPr>
              <w:rPr>
                <w:rFonts w:ascii="Aptos" w:hAnsi="Aptos"/>
              </w:rPr>
            </w:pPr>
          </w:p>
          <w:p w14:paraId="76DB1460" w14:textId="77777777" w:rsidR="009A59CE" w:rsidRDefault="009A59CE">
            <w:pPr>
              <w:rPr>
                <w:rFonts w:ascii="Aptos" w:hAnsi="Aptos"/>
              </w:rPr>
            </w:pPr>
          </w:p>
          <w:p w14:paraId="01EB6B76" w14:textId="77777777" w:rsidR="009A59CE" w:rsidRDefault="009A59CE">
            <w:pPr>
              <w:rPr>
                <w:rFonts w:ascii="Aptos" w:hAnsi="Aptos"/>
              </w:rPr>
            </w:pPr>
          </w:p>
          <w:p w14:paraId="023C0A50" w14:textId="77777777" w:rsidR="009A59CE" w:rsidRPr="00B25D72" w:rsidRDefault="009A59CE">
            <w:pPr>
              <w:rPr>
                <w:rFonts w:ascii="Aptos" w:hAnsi="Aptos"/>
              </w:rPr>
            </w:pPr>
          </w:p>
        </w:tc>
      </w:tr>
    </w:tbl>
    <w:p w14:paraId="0EA351D4" w14:textId="77777777" w:rsidR="00382696" w:rsidRPr="00B25D72" w:rsidRDefault="00382696">
      <w:pPr>
        <w:rPr>
          <w:rFonts w:ascii="Aptos" w:hAnsi="Aptos"/>
        </w:rPr>
      </w:pPr>
    </w:p>
    <w:p w14:paraId="2A86E664" w14:textId="790FE926" w:rsidR="00382696" w:rsidRPr="00B25D72" w:rsidRDefault="00387DAD" w:rsidP="5CF5C5B7">
      <w:r w:rsidRPr="5CF5C5B7">
        <w:rPr>
          <w:rFonts w:ascii="Aptos" w:hAnsi="Aptos"/>
          <w:b/>
          <w:bCs/>
        </w:rPr>
        <w:t>Research Quality</w:t>
      </w:r>
      <w:r w:rsidR="785519E0" w:rsidRPr="5CF5C5B7">
        <w:rPr>
          <w:rFonts w:ascii="Aptos" w:hAnsi="Aptos"/>
          <w:b/>
          <w:bCs/>
        </w:rPr>
        <w:t>, Innovation, and Impact</w:t>
      </w:r>
    </w:p>
    <w:p w14:paraId="144162E5" w14:textId="66334F7B" w:rsidR="00382696" w:rsidRPr="00B25D72" w:rsidRDefault="00387DAD">
      <w:pPr>
        <w:rPr>
          <w:rFonts w:ascii="Aptos" w:hAnsi="Aptos"/>
        </w:rPr>
      </w:pPr>
      <w:r w:rsidRPr="5CF5C5B7">
        <w:rPr>
          <w:rFonts w:ascii="Aptos" w:hAnsi="Aptos"/>
        </w:rPr>
        <w:t>Describe the originality, creativity, and significance of the nominee’s research in clean energy.</w:t>
      </w:r>
      <w:r w:rsidR="62E9EC51" w:rsidRPr="5CF5C5B7">
        <w:rPr>
          <w:rFonts w:ascii="Aptos" w:hAnsi="Aptos"/>
        </w:rPr>
        <w:t xml:space="preserve"> Explain the impact of the nominee’s research contributions (academic, societal, economic, etc.) on the clean energy community and/or the broader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82696" w:rsidRPr="00B25D72" w14:paraId="4487E97F" w14:textId="77777777">
        <w:tc>
          <w:tcPr>
            <w:tcW w:w="8640" w:type="dxa"/>
          </w:tcPr>
          <w:p w14:paraId="67C8F0EC" w14:textId="77777777" w:rsidR="00382696" w:rsidRDefault="00382696">
            <w:pPr>
              <w:rPr>
                <w:rFonts w:ascii="Aptos" w:hAnsi="Aptos"/>
              </w:rPr>
            </w:pPr>
          </w:p>
          <w:p w14:paraId="0DAAB734" w14:textId="77777777" w:rsidR="00B813E6" w:rsidRDefault="00B813E6">
            <w:pPr>
              <w:rPr>
                <w:rFonts w:ascii="Aptos" w:hAnsi="Aptos"/>
              </w:rPr>
            </w:pPr>
          </w:p>
          <w:p w14:paraId="47BECFD5" w14:textId="77777777" w:rsidR="00B813E6" w:rsidRDefault="00B813E6">
            <w:pPr>
              <w:rPr>
                <w:rFonts w:ascii="Aptos" w:hAnsi="Aptos"/>
              </w:rPr>
            </w:pPr>
          </w:p>
          <w:p w14:paraId="42F57CA1" w14:textId="77777777" w:rsidR="00B813E6" w:rsidRDefault="00B813E6">
            <w:pPr>
              <w:rPr>
                <w:rFonts w:ascii="Aptos" w:hAnsi="Aptos"/>
              </w:rPr>
            </w:pPr>
          </w:p>
          <w:p w14:paraId="48AC4DA7" w14:textId="77777777" w:rsidR="00B813E6" w:rsidRDefault="00B813E6">
            <w:pPr>
              <w:rPr>
                <w:rFonts w:ascii="Aptos" w:hAnsi="Aptos"/>
              </w:rPr>
            </w:pPr>
          </w:p>
          <w:p w14:paraId="4DAEA89F" w14:textId="77777777" w:rsidR="00B813E6" w:rsidRDefault="00B813E6">
            <w:pPr>
              <w:rPr>
                <w:rFonts w:ascii="Aptos" w:hAnsi="Aptos"/>
              </w:rPr>
            </w:pPr>
          </w:p>
          <w:p w14:paraId="349BC099" w14:textId="77777777" w:rsidR="00B813E6" w:rsidRDefault="00B813E6">
            <w:pPr>
              <w:rPr>
                <w:rFonts w:ascii="Aptos" w:hAnsi="Aptos"/>
              </w:rPr>
            </w:pPr>
          </w:p>
          <w:p w14:paraId="4E463339" w14:textId="77777777" w:rsidR="00B813E6" w:rsidRDefault="00B813E6">
            <w:pPr>
              <w:rPr>
                <w:rFonts w:ascii="Aptos" w:hAnsi="Aptos"/>
              </w:rPr>
            </w:pPr>
          </w:p>
          <w:p w14:paraId="72790311" w14:textId="77777777" w:rsidR="00B813E6" w:rsidRDefault="00B813E6">
            <w:pPr>
              <w:rPr>
                <w:rFonts w:ascii="Aptos" w:hAnsi="Aptos"/>
              </w:rPr>
            </w:pPr>
          </w:p>
          <w:p w14:paraId="2B7BB97E" w14:textId="77777777" w:rsidR="00B813E6" w:rsidRPr="00B25D72" w:rsidRDefault="00B813E6">
            <w:pPr>
              <w:rPr>
                <w:rFonts w:ascii="Aptos" w:hAnsi="Aptos"/>
              </w:rPr>
            </w:pPr>
          </w:p>
        </w:tc>
      </w:tr>
    </w:tbl>
    <w:p w14:paraId="2BDE4213" w14:textId="6F2151CC" w:rsidR="00382696" w:rsidRPr="00B25D72" w:rsidRDefault="00382696" w:rsidP="5CF5C5B7">
      <w:pPr>
        <w:rPr>
          <w:rFonts w:ascii="Aptos" w:hAnsi="Aptos"/>
        </w:rPr>
      </w:pPr>
    </w:p>
    <w:p w14:paraId="0899AE05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  <w:b/>
        </w:rPr>
        <w:t>Duration of Research Involvement</w:t>
      </w:r>
    </w:p>
    <w:p w14:paraId="0AB5A480" w14:textId="2DCB1FA6" w:rsidR="00382696" w:rsidRPr="00B25D72" w:rsidRDefault="00387DAD" w:rsidP="5CF5C5B7">
      <w:pPr>
        <w:rPr>
          <w:rFonts w:ascii="Aptos" w:hAnsi="Aptos"/>
        </w:rPr>
      </w:pPr>
      <w:r w:rsidRPr="5CF5C5B7">
        <w:rPr>
          <w:rFonts w:ascii="Aptos" w:hAnsi="Aptos"/>
        </w:rPr>
        <w:t>Indicate the length of time the nominee has been involved in this research and describe the depth and continuity of their engagement.</w:t>
      </w:r>
      <w:r w:rsidR="09A1EAB8" w:rsidRPr="5CF5C5B7">
        <w:rPr>
          <w:rFonts w:ascii="Aptos" w:hAnsi="Apto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82696" w:rsidRPr="00B25D72" w14:paraId="10CD5EC3" w14:textId="77777777">
        <w:tc>
          <w:tcPr>
            <w:tcW w:w="8640" w:type="dxa"/>
          </w:tcPr>
          <w:p w14:paraId="75747C31" w14:textId="0979B5D2" w:rsidR="00382696" w:rsidRPr="00B25D72" w:rsidRDefault="00CE592F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  <w:r>
              <w:rPr>
                <w:rFonts w:ascii="Aptos" w:hAnsi="Aptos"/>
              </w:rPr>
              <w:br/>
            </w:r>
          </w:p>
        </w:tc>
      </w:tr>
    </w:tbl>
    <w:p w14:paraId="4F1DA273" w14:textId="5C9B6768" w:rsidR="00382696" w:rsidRPr="00B25D72" w:rsidRDefault="00382696" w:rsidP="5CF5C5B7">
      <w:pPr>
        <w:rPr>
          <w:rFonts w:ascii="Aptos" w:hAnsi="Aptos"/>
        </w:rPr>
      </w:pPr>
    </w:p>
    <w:p w14:paraId="3EEDEBCC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  <w:b/>
        </w:rPr>
        <w:t>Recognition and Scholarly Engagement</w:t>
      </w:r>
    </w:p>
    <w:p w14:paraId="487BB8AA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Detail any internal or external recognition of the nominee’s research and their engagement in university partnerships or collaborations. This may include peer-reviewed publications, presentations, awards, and recognition by professional associations.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82696" w:rsidRPr="00B25D72" w14:paraId="330C5F59" w14:textId="77777777" w:rsidTr="5CF5C5B7">
        <w:tc>
          <w:tcPr>
            <w:tcW w:w="8640" w:type="dxa"/>
          </w:tcPr>
          <w:p w14:paraId="4D683D81" w14:textId="542E00BB" w:rsidR="00382696" w:rsidRPr="00B25D72" w:rsidRDefault="00FF5526">
            <w:pPr>
              <w:rPr>
                <w:rFonts w:ascii="Aptos" w:hAnsi="Aptos"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lastRenderedPageBreak/>
              <w:br/>
            </w:r>
            <w:r>
              <w:br/>
            </w:r>
          </w:p>
        </w:tc>
      </w:tr>
    </w:tbl>
    <w:p w14:paraId="2DA43C4F" w14:textId="40090889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lastRenderedPageBreak/>
        <w:br/>
        <w:t>Certification:</w:t>
      </w:r>
      <w:r w:rsidR="00D12873" w:rsidRPr="00D12873">
        <w:t xml:space="preserve"> </w:t>
      </w:r>
      <w:r w:rsidR="00D12873" w:rsidRPr="00D12873">
        <w:rPr>
          <w:rFonts w:ascii="Aptos" w:hAnsi="Aptos"/>
        </w:rPr>
        <w:t>I certify that the information provided in this nomination is accurate and complete to the best of my knowledge. As the nominee's current faculty advisor, I agree to continue mentoring the nominee throughout the program.</w:t>
      </w:r>
    </w:p>
    <w:p w14:paraId="10AA6B3C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Nominator Name: ____________________________________</w:t>
      </w:r>
    </w:p>
    <w:p w14:paraId="74E089AD" w14:textId="77777777" w:rsidR="00382696" w:rsidRPr="00B25D72" w:rsidRDefault="00387DAD">
      <w:pPr>
        <w:rPr>
          <w:rFonts w:ascii="Aptos" w:hAnsi="Aptos"/>
        </w:rPr>
      </w:pPr>
      <w:r w:rsidRPr="00B25D72">
        <w:rPr>
          <w:rFonts w:ascii="Aptos" w:hAnsi="Aptos"/>
        </w:rPr>
        <w:t>Signature: _________________________________________    Date: ____________</w:t>
      </w:r>
    </w:p>
    <w:sectPr w:rsidR="00382696" w:rsidRPr="00B25D72" w:rsidSect="00034616">
      <w:headerReference w:type="default" r:id="rId10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D7D6" w14:textId="77777777" w:rsidR="0045168A" w:rsidRDefault="0045168A" w:rsidP="00153EA2">
      <w:pPr>
        <w:spacing w:after="0" w:line="240" w:lineRule="auto"/>
      </w:pPr>
      <w:r>
        <w:separator/>
      </w:r>
    </w:p>
  </w:endnote>
  <w:endnote w:type="continuationSeparator" w:id="0">
    <w:p w14:paraId="59437A40" w14:textId="77777777" w:rsidR="0045168A" w:rsidRDefault="0045168A" w:rsidP="0015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C679A" w14:textId="77777777" w:rsidR="0045168A" w:rsidRDefault="0045168A" w:rsidP="00153EA2">
      <w:pPr>
        <w:spacing w:after="0" w:line="240" w:lineRule="auto"/>
      </w:pPr>
      <w:r>
        <w:separator/>
      </w:r>
    </w:p>
  </w:footnote>
  <w:footnote w:type="continuationSeparator" w:id="0">
    <w:p w14:paraId="4EC3C363" w14:textId="77777777" w:rsidR="0045168A" w:rsidRDefault="0045168A" w:rsidP="00153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1F2C" w14:textId="77777777" w:rsidR="00105DB5" w:rsidRDefault="00105DB5">
    <w:pPr>
      <w:pStyle w:val="Header"/>
    </w:pPr>
    <w:r>
      <w:rPr>
        <w:noProof/>
      </w:rPr>
      <w:drawing>
        <wp:inline distT="0" distB="0" distL="0" distR="0" wp14:anchorId="4D020563" wp14:editId="6195836D">
          <wp:extent cx="1495425" cy="258168"/>
          <wp:effectExtent l="0" t="0" r="0" b="8890"/>
          <wp:docPr id="364142624" name="Picture 1" descr="A black background with red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5144022D-55E2-4BEE-95D0-1CD660FD52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142624" name="Picture 1" descr="A black background with red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300" cy="261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C7B7AB" w14:textId="77777777" w:rsidR="00105DB5" w:rsidRDefault="00105D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8332822">
    <w:abstractNumId w:val="8"/>
  </w:num>
  <w:num w:numId="2" w16cid:durableId="1438982594">
    <w:abstractNumId w:val="1"/>
  </w:num>
  <w:num w:numId="3" w16cid:durableId="1729760230">
    <w:abstractNumId w:val="5"/>
  </w:num>
  <w:num w:numId="4" w16cid:durableId="2034451089">
    <w:abstractNumId w:val="3"/>
  </w:num>
  <w:num w:numId="5" w16cid:durableId="2038773653">
    <w:abstractNumId w:val="4"/>
  </w:num>
  <w:num w:numId="6" w16cid:durableId="394663186">
    <w:abstractNumId w:val="0"/>
  </w:num>
  <w:num w:numId="7" w16cid:durableId="598368469">
    <w:abstractNumId w:val="6"/>
  </w:num>
  <w:num w:numId="8" w16cid:durableId="632755810">
    <w:abstractNumId w:val="7"/>
  </w:num>
  <w:num w:numId="9" w16cid:durableId="637154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D7A"/>
    <w:rsid w:val="000969DA"/>
    <w:rsid w:val="000D33E4"/>
    <w:rsid w:val="00105DB5"/>
    <w:rsid w:val="0015074B"/>
    <w:rsid w:val="00153805"/>
    <w:rsid w:val="00153EA2"/>
    <w:rsid w:val="001C2C99"/>
    <w:rsid w:val="00294E85"/>
    <w:rsid w:val="0029639D"/>
    <w:rsid w:val="002A0B77"/>
    <w:rsid w:val="002A26CD"/>
    <w:rsid w:val="002E423B"/>
    <w:rsid w:val="002F4280"/>
    <w:rsid w:val="00307D19"/>
    <w:rsid w:val="00326F90"/>
    <w:rsid w:val="00354432"/>
    <w:rsid w:val="0035747A"/>
    <w:rsid w:val="00382696"/>
    <w:rsid w:val="00387DAD"/>
    <w:rsid w:val="00392F10"/>
    <w:rsid w:val="003B09A2"/>
    <w:rsid w:val="003E3BAA"/>
    <w:rsid w:val="00422578"/>
    <w:rsid w:val="004470A0"/>
    <w:rsid w:val="0045168A"/>
    <w:rsid w:val="0045516E"/>
    <w:rsid w:val="00470AE1"/>
    <w:rsid w:val="004C596B"/>
    <w:rsid w:val="005A2563"/>
    <w:rsid w:val="006102B4"/>
    <w:rsid w:val="00613B95"/>
    <w:rsid w:val="00620C51"/>
    <w:rsid w:val="006910C1"/>
    <w:rsid w:val="006B7ECF"/>
    <w:rsid w:val="006D1B7D"/>
    <w:rsid w:val="006F4976"/>
    <w:rsid w:val="00713973"/>
    <w:rsid w:val="00714EC2"/>
    <w:rsid w:val="007864F8"/>
    <w:rsid w:val="00801220"/>
    <w:rsid w:val="00884F71"/>
    <w:rsid w:val="008870A3"/>
    <w:rsid w:val="008918AD"/>
    <w:rsid w:val="008C743E"/>
    <w:rsid w:val="00967CA7"/>
    <w:rsid w:val="00992621"/>
    <w:rsid w:val="00997F2E"/>
    <w:rsid w:val="009A59CE"/>
    <w:rsid w:val="009D4AED"/>
    <w:rsid w:val="00AA1D8D"/>
    <w:rsid w:val="00AE25A9"/>
    <w:rsid w:val="00B25D72"/>
    <w:rsid w:val="00B47730"/>
    <w:rsid w:val="00B72A5A"/>
    <w:rsid w:val="00B813E6"/>
    <w:rsid w:val="00BC140E"/>
    <w:rsid w:val="00BE50D8"/>
    <w:rsid w:val="00BF3934"/>
    <w:rsid w:val="00C21AEC"/>
    <w:rsid w:val="00C23872"/>
    <w:rsid w:val="00C64557"/>
    <w:rsid w:val="00CB0664"/>
    <w:rsid w:val="00CB09EA"/>
    <w:rsid w:val="00CE592F"/>
    <w:rsid w:val="00D12873"/>
    <w:rsid w:val="00D46D60"/>
    <w:rsid w:val="00D7183B"/>
    <w:rsid w:val="00DD263A"/>
    <w:rsid w:val="00E80D6F"/>
    <w:rsid w:val="00F16204"/>
    <w:rsid w:val="00F92C6A"/>
    <w:rsid w:val="00FC693F"/>
    <w:rsid w:val="00FF5526"/>
    <w:rsid w:val="09A1EAB8"/>
    <w:rsid w:val="13FDE02E"/>
    <w:rsid w:val="1B423A25"/>
    <w:rsid w:val="20FEC0B7"/>
    <w:rsid w:val="2268E08C"/>
    <w:rsid w:val="27C647AB"/>
    <w:rsid w:val="438D400F"/>
    <w:rsid w:val="43AFE1BA"/>
    <w:rsid w:val="50918823"/>
    <w:rsid w:val="5B525E27"/>
    <w:rsid w:val="5CF5C5B7"/>
    <w:rsid w:val="62E9EC51"/>
    <w:rsid w:val="630A8D1A"/>
    <w:rsid w:val="6889F48D"/>
    <w:rsid w:val="6D341F5B"/>
    <w:rsid w:val="75F38355"/>
    <w:rsid w:val="785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53A6732-BB21-4BDC-A1E9-E3C09565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185FA63855443B7825ECAC69AAD6E" ma:contentTypeVersion="18" ma:contentTypeDescription="Create a new document." ma:contentTypeScope="" ma:versionID="abe0740bb84d479f9697ef0cc3d89150">
  <xsd:schema xmlns:xsd="http://www.w3.org/2001/XMLSchema" xmlns:xs="http://www.w3.org/2001/XMLSchema" xmlns:p="http://schemas.microsoft.com/office/2006/metadata/properties" xmlns:ns2="d078fb3c-452b-4ae6-9277-8120437dae14" xmlns:ns3="1f02049d-0c9a-40a9-a232-737e681c53a2" targetNamespace="http://schemas.microsoft.com/office/2006/metadata/properties" ma:root="true" ma:fieldsID="4e00c1d0764866fe48c9ef52a9adf860" ns2:_="" ns3:_="">
    <xsd:import namespace="d078fb3c-452b-4ae6-9277-8120437dae14"/>
    <xsd:import namespace="1f02049d-0c9a-40a9-a232-737e681c5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8fb3c-452b-4ae6-9277-8120437da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2049d-0c9a-40a9-a232-737e681c5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301964d-48ad-4315-aea8-6dfc51ac85f9}" ma:internalName="TaxCatchAll" ma:showField="CatchAllData" ma:web="1f02049d-0c9a-40a9-a232-737e681c5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78fb3c-452b-4ae6-9277-8120437dae14">
      <Terms xmlns="http://schemas.microsoft.com/office/infopath/2007/PartnerControls"/>
    </lcf76f155ced4ddcb4097134ff3c332f>
    <TaxCatchAll xmlns="1f02049d-0c9a-40a9-a232-737e681c53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736651-F18A-453D-A361-0BF45D305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8fb3c-452b-4ae6-9277-8120437dae14"/>
    <ds:schemaRef ds:uri="1f02049d-0c9a-40a9-a232-737e681c5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34E1A-EC10-4D76-94ED-46405EB5508C}">
  <ds:schemaRefs>
    <ds:schemaRef ds:uri="http://schemas.microsoft.com/office/2006/metadata/properties"/>
    <ds:schemaRef ds:uri="http://schemas.microsoft.com/office/infopath/2007/PartnerControls"/>
    <ds:schemaRef ds:uri="d078fb3c-452b-4ae6-9277-8120437dae14"/>
    <ds:schemaRef ds:uri="1f02049d-0c9a-40a9-a232-737e681c53a2"/>
  </ds:schemaRefs>
</ds:datastoreItem>
</file>

<file path=customXml/itemProps3.xml><?xml version="1.0" encoding="utf-8"?>
<ds:datastoreItem xmlns:ds="http://schemas.openxmlformats.org/officeDocument/2006/customXml" ds:itemID="{DCCC32EA-2404-47D8-814C-F41247D765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307</Words>
  <Characters>1754</Characters>
  <Application>Microsoft Office Word</Application>
  <DocSecurity>0</DocSecurity>
  <Lines>14</Lines>
  <Paragraphs>4</Paragraphs>
  <ScaleCrop>false</ScaleCrop>
  <Manager/>
  <Company/>
  <LinksUpToDate>false</LinksUpToDate>
  <CharactersWithSpaces>2057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Itzamarie Chevere-Torres</dc:creator>
  <cp:keywords/>
  <dc:description>generated by python-docx</dc:description>
  <cp:lastModifiedBy>Itzamarie Chevere-Torres</cp:lastModifiedBy>
  <cp:revision>8</cp:revision>
  <dcterms:created xsi:type="dcterms:W3CDTF">2026-08-14T15:32:00Z</dcterms:created>
  <dcterms:modified xsi:type="dcterms:W3CDTF">2026-08-14T15:36:00Z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ce33c689-397c-41a2-91f9-a52f998d9202</vt:lpwstr>
  </property>
  <property fmtid="{D5CDD505-2E9C-101B-9397-08002B2CF9AE}" pid="3" name="ContentTypeId">
    <vt:lpwstr>0x01010041F185FA63855443B7825ECAC69AAD6E</vt:lpwstr>
  </property>
  <property fmtid="{D5CDD505-2E9C-101B-9397-08002B2CF9AE}" pid="4" name="MediaServiceImageTags">
    <vt:lpwstr/>
  </property>
</Properties>
</file>